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Menej Američanov sa zaregistruje do plánov Obamacare, pretože náklady stúpajú</w:t>
      </w:r>
    </w:p>
    <w:p>
      <w:r>
        <w:t>Zdroj: MedPage Today</w:t>
      </w:r>
    </w:p>
    <w:p>
      <w:r>
        <w:t>Publikované: Wed, 14 Jan 2026 10:29:59 -0500</w:t>
      </w:r>
    </w:p>
    <w:p/>
    <w:p>
      <w:pPr>
        <w:pStyle w:val="Heading1"/>
      </w:pPr>
      <w:r>
        <w:t>Súhrn</w:t>
      </w:r>
    </w:p>
    <w:p>
      <w:r>
        <w:t>Menej Američanov sa tento rok prihlásilo k plánom zdravotného poistenia podľa zákona o dostupnej starostlivosti (ACA), pretože končiace dotácie a ďalšie faktory zvyšujú náklady na zdravotnú starostlivosť.[1] Podľa federálnych údajov CMS sa do 29. dňa obdobia otvorenej registrácie prihlásilo takmer 5,8 milióna Američanov, čo je o 400 000 viac ako v rovnakom období minulého roka, no o 1,5 milióna menej ako pred dvoma rokmi.[1] Rozšírené dotácie pre ACA plány majú skončiť koncom roka 2025, čo pravdepodobne zvýši ceny poistenia.[1] Priemerný odpočítateľný poplatok pre bronzový ACA plán, najlacnejší typ, stúpol z 7000 dolárov v roku 2021 na 7500 dolárov v roku 2026.[1] Celkovo sa pre rok 2025 zaregistrovalo 23,6 milióna spotrebiteľov, vrátane 3,2 milióna nových.[2] Podľa odhadov Paragon Institute je 6,4 milióna poistencov neoprávnených, čo predstavuje nárast o viac ako 25 % oproti roku 2024.[3] Prieskum KFF ukazuje, že 56 % poistencov hľadalo informácie o nákladoch na poistenie pre rok 2026.[5]</w:t>
      </w:r>
    </w:p>
    <w:p/>
    <w:p>
      <w:pPr>
        <w:jc w:val="center"/>
      </w:pPr>
      <w:r>
        <w:t>Vygenerované: 14.01.2026 18:01:36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