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STAT+: Nadácia Novo Nordisk poskytuje 850 miliónov dolárov neziskovej organizácii na pomoc pri komercializácii výskumu v Európe</w:t>
      </w:r>
    </w:p>
    <w:p>
      <w:r>
        <w:t>Zdroj: STAT News</w:t>
      </w:r>
    </w:p>
    <w:p>
      <w:r>
        <w:t>Publikované: Thu, 15 Jan 2026 08:30:00 +0000</w:t>
      </w:r>
    </w:p>
    <w:p/>
    <w:p>
      <w:pPr>
        <w:pStyle w:val="Heading1"/>
      </w:pPr>
      <w:r>
        <w:t>Súhrn</w:t>
      </w:r>
    </w:p>
    <w:p>
      <w:r>
        <w:t>Nadácia Novo Nordisk poskytuje 850 miliónov dolárov neziskovej organizácii na pomoc pri komercializácii biomedicínskeho výskumu v Európe. Ide o ďalší príspevok inštitútu na tento účel. Nadácia oznámila túto finančnú podporu. Cieľom je podporiť prechod výskumu do komerčnej praxe. Podpora je určená výlučne pre Európu. Suma predstavuje významnú investíciu do biomedicínskeho sektora.</w:t>
      </w:r>
    </w:p>
    <w:p/>
    <w:p>
      <w:pPr>
        <w:jc w:val="center"/>
      </w:pPr>
      <w:r>
        <w:t>Vygenerované: 15.01.2026 10:00:33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