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USA dokončujú odstúpenie od WHO</w:t>
      </w:r>
    </w:p>
    <w:p>
      <w:r>
        <w:t>Zdroj: MedPage Today</w:t>
      </w:r>
    </w:p>
    <w:p>
      <w:r>
        <w:t>Publikované: Fri, 23 Jan 2026 09:53:26 -0500</w:t>
      </w:r>
    </w:p>
    <w:p/>
    <w:p>
      <w:pPr>
        <w:pStyle w:val="Heading1"/>
      </w:pPr>
      <w:r>
        <w:t>Súhrn</w:t>
      </w:r>
    </w:p>
    <w:p>
      <w:r>
        <w:t>Spojené štáty vo štvrtok oficiálne dokončili svoje odstúpenie zo Svetovej zdravotníckej organizácie (WHO) po roku od rozhodnutia prezidenta Donalda Trumpa[1][6]. USA boli členom WHO 78 rokov a boli jej najväčším finančným prispievateľom[4]. Prezident Trump zdôvodnil krok údajnými chybami WHO počas pandémie COVID-19[1]. Odstúpenie nadobudlo platnosť po uplynutí povinnej jednoročnej výpovednej lehoty, ktorá začala 20. januára 2025[2][4]. Generálny riaditeľ WHO Tedros Adhanom Ghebreyesus varoval, že odchod USA je stratou pre Spojené štáty aj pre celý svet, najmä v oblasti medzinárodnej spolupráce a zdravotnej bezpečnosti[2][3]. USA pritom nezaplatili svoje členské príspevky za roky 2024 a 2025 v celkovej výške približne 280 miliónov dolárov[3][4]. Federálni predstavitelia oznámili, že USA nemajú plány vrátiť sa do organizácie ani sa v nej zúčastňovať ako pozorovatelia[1].</w:t>
      </w:r>
    </w:p>
    <w:p/>
    <w:p>
      <w:pPr>
        <w:jc w:val="center"/>
      </w:pPr>
      <w:r>
        <w:t>Vygenerované: 23.01.2026 17:01:36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