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Paradox fajčenia: Tabak znižuje riziko Parkinsonovej choroby, ale len pre niektorých ľudí</w:t>
      </w:r>
    </w:p>
    <w:p>
      <w:r>
        <w:t>Zdroj: MedPage Today</w:t>
      </w:r>
    </w:p>
    <w:p>
      <w:r>
        <w:t>Publikované: Wed, 25 Feb 2026 17:22:26 -0500</w:t>
      </w:r>
    </w:p>
    <w:p/>
    <w:p>
      <w:pPr>
        <w:pStyle w:val="Heading1"/>
      </w:pPr>
      <w:r>
        <w:t>Súhrn</w:t>
      </w:r>
    </w:p>
    <w:p>
      <w:r>
        <w:t>Veľká deväťročná kórejská štúdia zistila paradoxný vzťah medzi fajčením a Parkinsonovou chorobou. Hlavným faktorom zníženia rizika tejto choroby bol súčasný stav fajčenia, nie dlhodobá história fajčenia. Ľudia, ktorí v čase štúdie aktívne fajčili, mali nižšie riziko Parkinsonovej choroby v porovnaní s tými, ktorí nikdy nefajčili. Paradoxne však tí, ktorí nedávno prestali fajčiť, mali vyššie riziko choroby ako tí, ktorí pokračovali v fajčení. Štúdia teda naznačuje, že riziko Parkinsonovej choroby nie je určené samotným fajčením, ale skôr jeho súčasným stavom. Tieto zistenia poukazujú na zložitý vzťah medzi tabakom a vývojom tejto neurologickej choroby, ktorý sa líši od bežných zdravotných rizík spojených s fajčením.</w:t>
      </w:r>
    </w:p>
    <w:p/>
    <w:p>
      <w:pPr>
        <w:jc w:val="center"/>
      </w:pPr>
      <w:r>
        <w:t>Vygenerované: 26.02.2026 01:00:44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