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Kandidát na generálneho chirurga čelí ťažkým otázkam senátnej komisie</w:t>
      </w:r>
    </w:p>
    <w:p>
      <w:r>
        <w:t>Zdroj: MedPage Today</w:t>
      </w:r>
    </w:p>
    <w:p>
      <w:r>
        <w:t>Publikované: Wed, 25 Feb 2026 17:14:12 -0500</w:t>
      </w:r>
    </w:p>
    <w:p/>
    <w:p>
      <w:pPr>
        <w:pStyle w:val="Heading1"/>
      </w:pPr>
      <w:r>
        <w:t>Súhrn</w:t>
      </w:r>
    </w:p>
    <w:p>
      <w:r>
        <w:t>Casey Meansová, MD, nominantka prezidenta Trumpa na post generálnej chirurgičky USA, čelila vypočutiu v Senátnej komisii pre zdravie, vzdelanosť, prácu a dôchodky. Vypočutie sa konalo 25. februára 2026 o 10:00 v budove Dirksen Senate Office Building. Pôvodne plánované na október bolo odložené, pretože nominantka rodila svoje prvé dieťa. Dr. Meansová je podnikateľka v oblasti wellness a influencerka s výcvikom na Stanfordskej univerzite, kde začala chirurgický tréning na Oregon Health and Science University. Poďakovala prezidentovi Trumpovi za nomináciu a sekretárovi Kennedymu za podporu. Senátori z oboch strán kládli náročné otázky o dôvere v zdravotnícke inštitúcie, vakcínach a zmenách v zdravotníctve. Surgeon General je považovaný za „národného lekára“ USA.</w:t>
      </w:r>
    </w:p>
    <w:p/>
    <w:p>
      <w:pPr>
        <w:jc w:val="center"/>
      </w:pPr>
      <w:r>
        <w:t>Vygenerované: 26.02.2026 01:00:52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