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Dr. Mike ponúka 100 000 dolárov za hosťovanie RFK Jr. na svojom podcaste</w:t>
      </w:r>
    </w:p>
    <w:p>
      <w:r>
        <w:t>Zdroj: MedPage Today</w:t>
      </w:r>
    </w:p>
    <w:p>
      <w:r>
        <w:t>Publikované: Wed, 25 Feb 2026 17:09:27 -0500</w:t>
      </w:r>
    </w:p>
    <w:p/>
    <w:p>
      <w:pPr>
        <w:pStyle w:val="Heading1"/>
      </w:pPr>
      <w:r>
        <w:t>Súhrn</w:t>
      </w:r>
    </w:p>
    <w:p>
      <w:r>
        <w:t>Dr. Mike Varshavski, známy ako Dr. Mike, je lekár a populárna osobnosť sociálnych médií, ktorý vedie podcast The Checkup. Počas webinára portálu MedPage Today ponúkol 100 000 dolárov, ak by sa na jeho podcaste objavil sekretár Ministerstva zdravotníctva a sociálnych služieb (HHS) Robert F. Kennedy Jr. Táto ponuka naznačuje záujem Dr. Mikea viesť rozhovor s RFK Jr. na svojej platforme. Dr. Mike je známy svojou kritikou RFK Jr. a jeho postojov k verejnému zdraviu, ktoré verejne vyjadroval v podcastoch, správach a na sociálnych médiách. Ponuka 100 000 dolárov predstavuje konkrétny krok na vytvorenie priestoru pre diskusiu medzi týmito dvoma osobnosťami s rozdielnym názorom na zdravotnícke otázky.</w:t>
      </w:r>
    </w:p>
    <w:p/>
    <w:p>
      <w:pPr>
        <w:jc w:val="center"/>
      </w:pPr>
      <w:r>
        <w:t>Vygenerované: 26.02.2026 01:01:23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