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Trump propaguje nižšie náklady na lieky a opatrenia proti podvodom v zdĺhavom stave Únie</w:t>
      </w:r>
    </w:p>
    <w:p>
      <w:r>
        <w:t>Zdroj: STAT News</w:t>
      </w:r>
    </w:p>
    <w:p>
      <w:r>
        <w:t>Publikované: Wed, 25 Feb 2026 04:48:16 +0000</w:t>
      </w:r>
    </w:p>
    <w:p/>
    <w:p>
      <w:pPr>
        <w:pStyle w:val="Heading1"/>
      </w:pPr>
      <w:r>
        <w:t>Súhrn</w:t>
      </w:r>
    </w:p>
    <w:p>
      <w:r>
        <w:t>Prezident Trump v prejave o stave Únie vyzval Kongres na prijatie Great Healthcare Plan, ktorý má znížiť ceny liekov, poistné a posilniť transparentnosť cien. Plán umožní predaj overených liekov bez predpisu, čím sa znížia náklady a zvýši konkurencia. Navrhuje poslať peniaze priamo Američanom namiesto poisťovniam, čo podľa Congressional Budget Office ušetrí daňovníkom najmenej 36 miliárd dolárov a zníži poistné v Obamacare o viac ako 10 %. Trump rozšíril prístup k zdravotným sporiacim účtom pre až 10 miliónov ľudí na Obamacare a prijal opatrenia proti podvodom v zdravotníctve. Podľa odhadov môže skončenie dotácií viesť k strate poistenia u 4 miliónov Američanov v priebehu desaťročia, pričom ďalších až 10 miliónov môže prísť o poistenie kvôli zmenám v rozpočtovom zákone. Viac ako 20 miliónov Američanov z nižších a stredných príjmov čelí v roku 2026 výraznému nárastu nákladov na poistenie, napríklad o 300 dolárov mesačne u niektorých.[2][4] Plán zahŕňa aj reformy cien liekov, vrátane indexácie na najnižšie ceny v iných krajinách, a ochranu pred podvodmi.[1][3]</w:t>
      </w:r>
    </w:p>
    <w:p/>
    <w:p>
      <w:pPr>
        <w:jc w:val="center"/>
      </w:pPr>
      <w:r>
        <w:t>Vygenerované: 25.02.2026 06:00:33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