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Časové trendy incidencie, prevalencie, úmrtnosti a rokov života so zápalovým ochorením čriev v závislosti od zdravotného postihnutia v čínskej populácii vo veku 0–54 rokov a predpoveď do roku 2030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analyzovala trendy incidencie, prevalence, úmrtnosti a rokov života prispôsobených zdravotnému postihnutiu (DALY) pri zápalovom ochorení čriev (IBD) v Číne u populácie vo veku 0–54 rokov od roku 1992 do 2021 na základe údajov Global Burden of Disease. V tomto období pribudlo 227 772 nových prípadov IBD, celkový počet postihnutých dosiahol 1 530 231, čo viedlo k 29 úmrtiam a 1 264 376 DALY. Vekovo štandardizovaná miera incidencie (ASIR) stúpla u mužov o AAPC 2,23 % (95 % CI: 2,09–2,34 %, p &lt; 0,001) a u žien o AAPC 2,24 % (95 % CI: 2,09–2,36 %, p &lt; 0,001). Prevalencia (ASPR) tiež vzrástla u mužov o AAPC 1,65 % (95 % CI: 1,52–1,77 %, p &lt; 0,001) a u žien o AAPC 1,55 % (95 % CI: 1,40–1,67 %, p &lt; 0,001). Naopak, úmrtnosť (ASMR) klesla u mužov o AAPC -3,41 % (95 % CI: -3,67 až -3,21 %, p &lt; 0,001) a u žien o AAPC -5,94 % (95 % CI: -6,10 až -5,77 %, p &lt; 0,001), podobne DALY (ASDR) u mužov o AAPC -2,95 % (95 % CI: -3,09 až -2,80 %, p &lt; 0,001) a u žien o AAPC -4,72 % (95 % CI: -4,86 až -4,58 %, p &lt; 0,001). Predpovede do roku 2030 očakávajú ďalší nárast ASIR a ASPR, ale pokles ASMR a ASDR. Záver zdôrazňuje potrebu prevencie, včasného skríningu a zlepšenia liečby.</w:t>
      </w:r>
    </w:p>
    <w:p/>
    <w:p>
      <w:pPr>
        <w:jc w:val="center"/>
      </w:pPr>
      <w:r>
        <w:t>Vygenerované: 25.02.2026 07:00:36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