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Infekcie krvného obehu Acinetobacter baumannii rezistentné na karbapeném u kriticky chorých pacientov: prognostické faktory a vývoj nomogramu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Retrospektívna štúdia identifikovala prognostické faktory u kriticky chorých pacientov na JIS s infekciou krvného riečišťa spôsobenou karbapenémom rezistentným Acinetobacter baumannii (CRAB-BSI) a vytvorila nomogram na predikciu rizika. 30-dňová úmrtnosť dosiahla 60,0 %. Nezávislé rizikové faktory úmrtnosti boli vek (OR = 1,04, 95 % CI: 1,02–1,07), poruchy vedomia (OR = 5,10, 95 % CI: 2,27–11,45), predchádzajúce užívanie kortikosteroidov (OR = 5,82, 95 % CI: 2,20–15,41), skóre SOFA (OR = 1,26, 95 % CI: 1,12–1,42) a hladina C-reaktívneho proteínu (CRP) (OR = 1,01, 95 % CI: 1,01–1,02). Nomogram založený na týchto faktoroch mal plochu pod krivkou (AUROC) 0,863. Kalibračná krivka ukázala vynikajúcu zhodu predpovedí s pozorovanými výsledkami. Analýza rozhodovacej krivky preukázala klinický prínos v širokom rozsahu pravdepodobnostných prahov. Nomogram slúži ako praktický nástroj na predikciu 30-dňovej úmrtnosti.</w:t>
      </w:r>
    </w:p>
    <w:p/>
    <w:p>
      <w:pPr>
        <w:jc w:val="center"/>
      </w:pPr>
      <w:r>
        <w:t>Vygenerované: 25.02.2026 07:00:46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