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Faktory spojené s 25-ročným prežitím obličkového aloštepu: retrospektívna analýza s jedným centrom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Štúdia analyzovala faktory spojené s 25-ročným prežívaním obličkového transplantátu v jednocentrovej kohorte, porovnávajúc 59 pacientov s ultradlým prežívaním (ULS, ≥25 rokov) a 61 s skorým zlyhaním (EGF, ≤10 rokov). Čas studenej ischémie bol v ULS kratší (1281,8 ± 473,9 min) ako v EGF (priemerný rozdiel 483 min, p=0,016) a za každých 60 min sa zvyšovala pravdepodobnosť EGF (upravené OR 1,29; 95% CI 1,02–1,63; p=0,032). V prvom roku malo ULS menej antirejekčných liečebných cyklov (≥1 u 40,7% vs. 63,9%; p=0,017). Funkcia obličiek bola v ULS lepšia: nižší kreatinín po 6 mesiacoch, 1 roku a 5 rokoch (všetky p≤0,004) a vyšší hemoglobín po 5 rokoch (p&lt;0,001). Prieskumné analýzy potvrdili súvis s časom ischémie a záťažou rejekcie; 6-mesačné hladiny kreatinínu diskriminovali EGF vs. ULS (AUC 0,739). Výsledky sú pozorovacie a nemožno vylúčiť zvyškové zmätky.</w:t>
      </w:r>
    </w:p>
    <w:p/>
    <w:p>
      <w:pPr>
        <w:jc w:val="center"/>
      </w:pPr>
      <w:r>
        <w:t>Vygenerované: 25.02.2026 07:01:05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