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solitárneho kostného plazmocytómu na mnohopočetný myelóm: kazuistika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Solitárny kostný plazmocytóm je zriedkavé onkologické ochorenie, ktoré sa v tomto prípade prejavilo expanzívnou léziou na ľavom deviatom rebre s rekurentnými, prevažne nočnými bolesťami hrudnej steny.[1] Zobrazovanie spočiatku naznačovalo fibróznu alebo osteofibróznu dyspláziu, ale histopatológia a imunohistochémia potvrdili diagnózu solitárneho kostného plazmocytómu.[1] Pacient podstúpil chirurgickú resekciu postihnutého segmentu rebra.[1] Pacientka odmietla odporúčanú adjuvantnú rádioterapiu, ktorá by mohla zlepšiť prognózu.[1] O 21 mesiacov neskôr sa ochorenie progredovalo do mnohopočetného myelómu, čo predstavuje komplikáciu, ktorá sa vyskytuje u časti pacientov so solitárnym plazmocytómom.[2] Na rozdiel od solitárneho plazmocytómu, ktorý je lokalizovaný na jednu oblasť, mnohopočetný myelóm postihuje mnoho oblastí kostnej drene a spôsobuje rozsiahle problémy vrátane anémie, deštrukcie kostí, poškodenia obličiek a vysokých hladín vápnika.[2]</w:t>
      </w:r>
    </w:p>
    <w:p/>
    <w:p>
      <w:pPr>
        <w:jc w:val="center"/>
      </w:pPr>
      <w:r>
        <w:t>Vygenerované: 25.02.2026 07:01:16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