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 apremilastu k inhibítorom JAK – stratégie záchrannej liečby pre refraktérnu palmoplantárnu pustulózu: séria prípadov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Palmoplantárna pustulóza (PPP) je chronické zápalové ochorenie kože s opakujúcimi sa pľuzgiermi a sterilnými pustúlami na dlaniach a chodidlách, často sprevádzané svrbením, bolesťou a narušením kožnej bariéry. Štúdia analyzovala 9 pacientov s refraktérou PPP, ktorí nereagovali na konvenčnú liečbu a apremilast (30 mg dvakrát denne), a prešli na tofacitinib (5 mg dvakrát denne). Do 12 týždňov sa skóre PPPASI u všetkých pacientov významne znížilo, pričom najmenšie zníženie bolo 2,4 bodu a najväčšie 16,4 bodu. Osem pacientov (88,9 %) dosiahlo PPPASI50 a jeden (11,1 %) PPPASI75. Počas liečby a sledovania neboli hlásené žiadne závažné nežiaduce udalosti. Prechod na inhibítory JAK po zlyhaní apremilastu predstavuje účinnú záchrannú liečbu s dobrá znášanlivosťou. Dlhodobá účinnosť a bezpečnosť vyžadujú overenie v prospektívnych štúdiách.</w:t>
      </w:r>
    </w:p>
    <w:p/>
    <w:p>
      <w:pPr>
        <w:jc w:val="center"/>
      </w:pPr>
      <w:r>
        <w:t>Vygenerované: 25.02.2026 07:01:50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