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Premostenie dôkazov a praxe: implementácia vedy a združených stratégií starostlivosti o manažment tekutín u kriticky chorých novorodencov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Preťaženie tekutinami (FO) je bežným a upraviteľným rizikovým faktorom u kriticky chorých novorodencov, spojeným s predĺženou mechanickou ventiláciou, multiorgánovou dysfunkciou a zvýšenou mortalitou. Napriek pozorovacím dôkazom a usmerneniam založeným na konsenze sa štandardizované stratégie manažmentu tekutín nekonzistentne uplatňujú na jednotkách intenzívnej starostlivosti o novorodencov (NICU). Medzi dôkazmi a praxou existuje kritická vedomostná priepasť. Skoré štúdie z jedného centra ukazujú uskutočniteľnosť a účinnosť balíka opatrení. Začlenenie implementačných vedeckých rámcov a integrácia dát z elektronických zdravotných záznamov (EHR) môže posilniť prijatie, vernosť, adaptáciu a udržateľnosť týchto zásahov v rôznych NICU. Pragmatické multicentrické štúdie s využitím EHR sú potrebné na určenie najlepšej implementácie stratégií riadenia tekutín. Tieto balíky integrujú intervencie na identifikáciu vysokorizikových pacientov, sledovanie, prevenciu a liečbu FO. Kolaboratívny výskum môže znížiť chorobnosť a úmrtnosť súvisiacu s FO.</w:t>
      </w:r>
    </w:p>
    <w:p/>
    <w:p>
      <w:pPr>
        <w:jc w:val="center"/>
      </w:pPr>
      <w:r>
        <w:t>Vygenerované: 25.02.2026 07:02:03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