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analýzy obrazu fundusu pre diabetickú retinopatiu pomocou CheXNet s CBAM a vizualizáciou Grad-CAM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navrhuje model CheXNetCBAM na klasifikáciu diabetickej retinopatie zo snímok očného pozadia, založený na DenseNet121 s pridaným modulom CBAM pre lepšiu reprezentáciu funkcií cez kanálové a priestorové mechanizmy pozornosti. Používa sa aj Grad-CAM na vizualizáciu oblastí dôležitých pre predpovede modelu. Model sa porovnáva s architektúrami CheXNet, DenseNet121, MobileNetV2, VGG19 a ResNet50 na súboroch údajov APTOS 2019 a DDR. Na APTOS 2019 dosahuje presnosť 96,12 % a na DDR 96,33 %, čím prevyšuje porovnávané modely. Začlenenie CBAM zlepšuje rozlišovacie učenie funkcií. Pre klinické použitie je potrebné ďalšie prospektívne hodnotenie a externá validácia.</w:t>
      </w:r>
    </w:p>
    <w:p/>
    <w:p>
      <w:pPr>
        <w:jc w:val="center"/>
      </w:pPr>
      <w:r>
        <w:t>Vygenerované: 25.02.2026 07:02:11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