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antivírusovej liečby u pacientov s hepatitídou C na metabolizmus a proces fibrózy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hodnotila účinky dvoch priamo pôsobiacich antivírusových režimov – Glecaprevir/Pibrentasvir (G/P) a Sofosbuvir/Velpatasvir (S/V) – na metabolické a zápalové biomarkery u 70 pacientov s hepatitídou C a komorbiditami ako hypertenzia či diabetes 2. typu. Chronická infekcia HCV spôsobuje metabolické poruchy vrátane glukózovej intolerancie, dysregulácie lipidov a zápalu, čo urýchľuje fibrózu pečene. Pacienti boli stratifikovaní podľa typu liečby, štádia fibrózy (F0–F4) a východiskového cholesterolu; tuhosť pečene sa merala FibroScanom a biomarkery pomocou systému Luminex FlexMAP 3D. Oba režimy významne zmenili biomarkery: zvýšili ANGPTL6, FGF-19, ghrelín, celkový cholesterol, HDL a non-HDL, pričom znížili FABP-1 a MCP-1, čo ukazuje na zníženie zápalu a lipidového stresu. Silnejšie účinky mali pacienti s nižšou východiskovou hladinou cholesterolu a S/V pri pokročilej fibróze, zatiaľ čo G/P vykazoval výrazné protizápalové účinky pri včasnej fibróze. Terapia DAA tak mení metabolické a zápalové biomarkery špecificky podľa režimu a štádia fibrózy, pričom S/V poskytuje širšie metabolické výhody pri pokročilom ochorení a G/P silnejšie protizápalové reakcie skôr.</w:t>
      </w:r>
    </w:p>
    <w:p/>
    <w:p>
      <w:pPr>
        <w:jc w:val="center"/>
      </w:pPr>
      <w:r>
        <w:t>Vygenerované: 25.02.2026 07:02:32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