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Syndróm OHVIRA s neskorým nástupom u 49-ročnej ženy s ťažkou dysmenoreou: kazuistika o vaginoskopickom manažmente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Syndróm OHVIRA je zriedkavá anomália Müllerovho kanálika s didelfyzou maternice, obštrukciou hemivagíny a ipsilaterálnou agenézou obličiek, ktorá sa zvyčajne diagnostikuje v dospievaní, no zriedka aj neskôr. Prezentovaný prípad sa týka 49-ročnej ženy s ťažkou dysmenoreou a intermitentným špinením. MRI potvrdilo diagnózu: didelfickú maternicu s hematometrom a hematokolposom vpravo kvôli obštrukcii hemivagíny a absencii pravej obličky. Liečba spočívala v vaginoskopickej a hysteroskopickej resekcii vaginálneho septa. Po operácii symptómy úplne ustúpili a pri 6-mesačnom sledovaní nedošlo k recidíve. Prípad dokumentuje jednu z najneskorších známych prezentácií syndrómu a zdôrazňuje potrebu podozrenia na Müllerove anomálie v každom veku. Čiastočne drenážny otvor môže maskovať príznaky na desaťročia a minimálne invazívny chirurgický prístup je dlhodobo účinný.</w:t>
      </w:r>
    </w:p>
    <w:p/>
    <w:p>
      <w:pPr>
        <w:jc w:val="center"/>
      </w:pPr>
      <w:r>
        <w:t>Vygenerované: 25.02.2026 07:45:34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