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Maternal-fetal interface formation and pregnancy outcome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Maternálno-fetálny interfész je mikroskopické miesto priamej komunikácie medzi matkou a plodom a je základom úspešného tehotenstva.[5] Vznik interfészu zahŕňa implantáciu embrya, diferenciáciu trofoblastu a inváziu, ako aj skorú placentáciu.[1] Interakcie buniek vedú k adaptácii a udržaniu imunologickej tolerancie medzi matkou a plodom.[1] Poruchy v placentácii môžu ohroziť vývoj plodu a predisponovať ho k chronickým ochoreniam v dospelosti.[1] Špecializované bunkové projekcie ako podozómy a invadopódie sú kľúčové pre inváziu trofoblastu, pričom ich nerovnováha súvisí s komplikáciami ako preeklampsia alebo placenta accreta.[3] Nerovnováha imunity na interféze je spojená s potratmi, opakovanými potratmi a obmedzením rastu plodu.[4] U pacientiek s opakovaným implantovaným zlyhaním bola miera klinického tehotenstva 50,74 % a miera živého pôrodu 33,09 %.[2] Placentárna odpoveď na stres, vrátane unfolded protein response, je nevyhnutná pre zdravý vývoj, no nadmerný stres vedie k patológiám.[3]</w:t>
      </w:r>
    </w:p>
    <w:p/>
    <w:p>
      <w:pPr>
        <w:jc w:val="center"/>
      </w:pPr>
      <w:r>
        <w:t>Vygenerované: 25.02.2026 07:45:45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