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Oklúzia ezofágového balónika s Foleyovým katétrom pri vysokorizikovej sedatívnej gastroskopii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U 56-ročného muža s anamnézou proximálnej gastrektómie a chronickým refluxom sa pri vysoko rizikovej sedatívnej hornou endoskopii použil transnazálne zavedený 18-Fr Foleyov katéter do stredného pažeráka. Balónik katétra sa nafúkol 20 ml fyziologického roztoku na uzavretie lúmenu pažeráka a drenážny port sa pripojil k odsávaniu pri tlaku -20 kPa na odstraňovanie refluxátu. Po prehĺbení sedácie propofolom a alfentanilom (MOAA/S skóre ≤ 2) bez endotracheálnej intubácie sa endoskopicky postupne vypúšťal balónik pod priamou vizuálnou kontrolou bez pozorovania refluxu alebo úniku žalúdočného obsahu. Osemminútová procedúra prebehla bez hypoxémie, kašľa či známok aspirácie a pacient sa zotavil bez komplikácií. Technika oklúzie ezofágového balónika s podtlakovým odsávaním umožnila bezpečnú hlbokú sedáciu u pacienta s vysokým rizikom aspirácie. Slúži ako jednoduchá, minimálne invazívna alternatíva k endotracheálnej intubácii alebo bdelej endoskopii na ochranu dýchacích ciest.</w:t>
      </w:r>
    </w:p>
    <w:p/>
    <w:p>
      <w:pPr>
        <w:jc w:val="center"/>
      </w:pPr>
      <w:r>
        <w:t>Vygenerované: 25.02.2026 07:46:04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