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Pokroky v intervenciách tradičnej čínskej medicíny pri chrípke A na základe osi črevo-pľúca: moderný dôkaz vzťahu medzi pľúcami a hrubým črevom medzi vonkajším a vnútorným priestorom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Vírus chrípky A (IAV) je bežný respiračný patogén spôsobujúci sezónne epidémie a závažné infekcie s veľkým zdravotným a ekonomickým zaťažením. Infekcia IAV narúša črevnú mikrobiotu a vzniknutá dysbióza ovplyvňuje stav hostiteľa v skorom aj neskoršom štádiu infekcie. Tradičná čínska medicína (TCM) v posledných rokoch preukázala významný potenciál v liečbe IAV. Tento prehľad vychádza z konceptu TCM o vzťahu medzi vonkajším a vnútorným priestorom pľúc a hrubého čreva, integrovaného s moderným výskumom osi črevo-pľúca. Sumárzuje pokroky v mechanistických a predklinických dôkazoch čínskych bylinných receptúr, jednotlivých zlúčenín a polysacharidov pri chrípke A. Načrtáva smery výskumu založené na mechanizmoch a translačných poznatkoch pre budúci výskum.</w:t>
      </w:r>
    </w:p>
    <w:p/>
    <w:p>
      <w:pPr>
        <w:jc w:val="center"/>
      </w:pPr>
      <w:r>
        <w:t>Vygenerované: 25.02.2026 07:46:13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