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Hemodynamické účinky cyklovej ergometrie a nízkointenzívneho úchopu u pacientov s pľúcnou hypertenziou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Prospektívna štúdia zahŕňala 50 pacientov (priemerný vek 68 ± 12 rokov, 54 % žien) s podozrením alebo potvrdenou pľúcnou hypertenziou, ktorí podstúpili katetrizáciu pravého srdca. Porovnávali sa hemodynamické účinky cyklickej ergometrie (10–50 W) a nízkointenzívneho izometrického cvičenia rukoväte (20 % maximálnej sily), každé trvajúce 6–7 minút v pololežiacej polohe. Obidve modality spôsobili významné zmeny hemodynamických parametrov oproti pokoju, no zmeny pri rukoväti boli podstatne menšie. Priemerný tlak v pľúcnej artérii sa zvýšil o 14 mmHg pri cykloergometrii verzus 4 mmHg pri rukoväti (p &lt; 0,001). Tlak v zaklinení pľúcnej artérie (PAWP) stúpol o 5 mmHg verzus 2 mmHg (p &lt; 0,001) a srdcový výdaj o 1,5 l/min verzus 0,2 l/min. U pacientov s PAWP ≤ 15 mmHg v pokoji došlo k zvýšeniu PAWP o viac ako 25 mmHg u dvoch prípadov pri cykloergometrii, ale v žiadnom pri rukoväti. Izometrické cvičenie rukoväte nie je vhodnou náhradou za cykloergometriu pri katetrizácii pravého srdca.</w:t>
      </w:r>
    </w:p>
    <w:p/>
    <w:p>
      <w:pPr>
        <w:jc w:val="center"/>
      </w:pPr>
      <w:r>
        <w:t>Vygenerované: 25.02.2026 07:46:44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