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🫁 Ešte lepšie Pneumo MD</w:t>
      </w:r>
    </w:p>
    <w:p>
      <w:r>
        <w:t>Zdroj: Email Newsletter</w:t>
      </w:r>
    </w:p>
    <w:p>
      <w:r>
        <w:t>Publikované: Wed, 25 Feb 2026 06:35:52 +0000</w:t>
      </w:r>
    </w:p>
    <w:p/>
    <w:p>
      <w:pPr>
        <w:pStyle w:val="Heading1"/>
      </w:pPr>
      <w:r>
        <w:t>Súhrn</w:t>
      </w:r>
    </w:p>
    <w:p>
      <w:r>
        <w:t>Článok s názvom "Ešte lepšie Pneumo MD" od MUDr. Martina Zakucia je určený pre 1206 členov Imuno MD. Cieľom je zlepšiť newsletter Pneumo MD a zvýšiť jeho hodnotu pre čitateľov. Čitateľov žiada o 3 minúty času na vyplnenie krátkeho dotazníka, ktorý má pomôcť newsletter vylepšiť. Ako poďakovanie za spätnú väzbu ponúka 25% zľavu na prvé ročné predplatné vzdelávacej platformy Amboss a prvé tri mesiace zdarma. Newsletter vydáva spoločnosť Liberio, s.r.o. z Bratislavy.</w:t>
      </w:r>
    </w:p>
    <w:p/>
    <w:p>
      <w:pPr>
        <w:jc w:val="center"/>
      </w:pPr>
      <w:r>
        <w:t>Vygenerované: 25.02.2026 07:46:49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