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Korelácia medzi viacparametrovými echokardiografickými indikátormi a nepriaznivými výsledkami tehotenstva u žien v pokročilom veku matiek so syndrómom hypertenzie vyvolanej tehotenstvom: klinická aplikačná hodnota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skúmala 240 žien vo veku 35 rokov a starších s hypertenziou vyvolanou tehotenstvom, z toho 183 s priaznivým výsledkom a 57 s nepriaznivým výsledkom. Pomocou echokardiografie výskumníci zistili, že ženy s nepriaznivými výsledkami tehotenstva mali výrazne nižšie hodnoty ejekčnej frakcie, tepového objemu a srdcového výdaja, zatiaľ čo vykazovali vyššie hodnoty indexu objemu ľavej predsiene a znížené funkčné parametre srdca. Ako významné klinické rizikové faktory boli identifikované anamnéza hypertenzie, nefritída a rodinná anamnéza hypertenzie. Multivariabilná analýza potvrdila, že klinické aj echokardiografické parametre boli nezávisle spojené s nepriaznivými výsledkami tehotenstva. Kombinovaný model integrujúci viaceré echokardiografické ukazovatele dosiahol vysokú prediktívnu schopnosť s hodnotou AUC 0,925, čo naznačuje vynikajúcu schopnosť rozlíšiť ženy s rizikom nepriaznivých výsledkov. Výsledky naznačujú, že echokardiografické vyšetrenie môže byť klinicky užitočné na identifikáciu žien s vysokým rizikom komplikácií počas tehotenstva.</w:t>
      </w:r>
    </w:p>
    <w:p/>
    <w:p>
      <w:pPr>
        <w:jc w:val="center"/>
      </w:pPr>
      <w:r>
        <w:t>Vygenerované: 25.02.2026 08:00:34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