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Účinok proporcionálnej asistovanej ventilácie plus verzus tlaková podporná ventilácia na úspešné odstavenie u kriticky chorých dospelých: systematický prehľad, metaanalýza a sekvenčná analýza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porovnala proporcionálnu asistenčnú ventiláciu plus (PAV+) s tlakovou podpornou ventiláciou (PSV) u kriticky chorých dospelých pacientov počas odvykania od mechanickej ventilácie. PAV+ poskytuje pomoc úmernú inspiračnému úsiliu pacienta, čím zlepšuje synchronizáciu s ventilátorom a znižuje prácu dýchania. Analyzovali sa sedem randomizovaných kontrolovaných štúdií so 1214 pacientmi. Primárnym výsledkom bola miera úspešného odstavenia, kde PAV+ dosiahla lepší výsledok (RR = 1,12, 95 % CI: 1,02–1,23). Tento efekt zostal významný v analýzach citlivosti, okrem štúdií so spontánnym dýchaním. Neboli nájdené rozdiely v reintubácii, úmrtnosti na JIS a v nemocnici, dĺžke pobytu na JIS ani trvaní odstavenia. Štúdia je zaregistrovaná v PROSPERO (CRD420251170692).</w:t>
      </w:r>
    </w:p>
    <w:p/>
    <w:p>
      <w:pPr>
        <w:jc w:val="center"/>
      </w:pPr>
      <w:r>
        <w:t>Vygenerované: 25.02.2026 08:00:43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