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Rozsiahly prehľad naznačuje, že cvičenie môže urobiť málo pre bolesť osteoartrózy</w:t>
      </w:r>
    </w:p>
    <w:p>
      <w:r>
        <w:t>Zdroj: ScienceDaily Health</w:t>
      </w:r>
    </w:p>
    <w:p>
      <w:r>
        <w:t>Publikované: Wed, 25 Feb 2026 23:43:58 EST</w:t>
      </w:r>
    </w:p>
    <w:p/>
    <w:p>
      <w:pPr>
        <w:pStyle w:val="Heading1"/>
      </w:pPr>
      <w:r>
        <w:t>Súhrn</w:t>
      </w:r>
    </w:p>
    <w:p>
      <w:r>
        <w:t>Rozsiahly prehľad dôkazov naznačuje, že cvičebná terapia pre osteoartritídu ponúka len malú a krátkodobú úľavu od bolesti. Analýza zahŕňala päť prehľadov s 8631 účastníkmi a 28 doplňujúcich štúdií s 4360 účastníkmi, celkovo viac ako 13 000 osôb. Pri bolesti kolennnej osteoartrózy boli efekty malé a krátkodobé oproti placebu (priemerný rozdiel -10,8, 95 % CI -19,1 až -2,6) aj oproti žiadnej liečbe (-12,4, 95 % CI -15,6 až -9,2), no istota dôkazov bola veľmi nízka. Vo väčších alebo dlhodobejších štúdiách sa efekty zmenšovali. Pre bedrovú osteoartritídu boli efekty zanedbateľné (-6,7, 95 % CI -9,3 až -4,0) s strednou istotou dôkazov a pre ruky malé (-10,0, 95 % CI -15,5 až -4,5). Výsledky boli porovnateľné s edukáciou, manuálnou terapiou, analgetikami, injekciami či artroskopiou, no menej efektívne ako osteotómia alebo náhrada kĺbu dlhodobo.[1]</w:t>
      </w:r>
    </w:p>
    <w:p/>
    <w:p>
      <w:pPr>
        <w:jc w:val="center"/>
      </w:pPr>
      <w:r>
        <w:t>Vygenerované: 26.02.2026 10:00:52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