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skrytú cukrovú vrstvu za psoriázou</w:t>
      </w:r>
    </w:p>
    <w:p>
      <w:r>
        <w:t>Zdroj: ScienceDaily Health</w:t>
      </w:r>
    </w:p>
    <w:p>
      <w:r>
        <w:t>Publikované: Wed, 25 Feb 2026 08:11:42 EST</w:t>
      </w:r>
    </w:p>
    <w:p/>
    <w:p>
      <w:pPr>
        <w:pStyle w:val="Heading1"/>
      </w:pPr>
      <w:r>
        <w:t>Súhrn</w:t>
      </w:r>
    </w:p>
    <w:p>
      <w:r>
        <w:t>Vedci objavili, že gélový cukrový povlak na povrchu imunitných buniek zohráva kľúčovú úlohu pri rozvoji psoriázy. Imunitné bunky tento vonkajší cukrový povlak odstráňujú, čo im umožňuje opustiť krvný obeh a preniknúť do zapálenej pokožky. Toto zistenie spochybňuje doterajšie chápanie procesu, ktoré sa zameriavalo len na zmeny v stenách krvných ciev. Výskumníci zistili, že zmeny sa týkajú aj samotných imunitných buniek a ich povrchových štruktúr. Objavenie tohto mechanizmu by mohlo viesť k vývoju nových terapií, ktoré by cielene kontrolovali škodlivý zápal spojený s psoriázou. Tieto nové prístupy by mohli ponúknuť účinnejšie a bezpečnejšie liečebné možnosti pre pacientov s touto chronickou kožnou chorobou.</w:t>
      </w:r>
    </w:p>
    <w:p/>
    <w:p>
      <w:pPr>
        <w:jc w:val="center"/>
      </w:pPr>
      <w:r>
        <w:t>Vygenerované: 26.02.2026 10:01:11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