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Post-marketing safety of pentosan polysulfate sodium: a 21-year pharmacovigilance analysis of the FAERS database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analyzovala údaje z databázy FAERS o nežiaducich účinkoch pentosan polysulfátu sodného (PPS) od prvého štvrťroka 2004 do prvého štvrťroka 2025, pričom identifikovala 11 471 hlásení, kde bol PPS primárne podozrivým liekom.[1][2][3] Najčastejšie a najsilnejšie signály sa sústredili v kategórii porúch zraku, najmä pigmentová makulopatia s výnimočne vysokým reporting odds ratio (ROR).[1][3] Významné neokulárne signály zahŕňali depresiu a úzkosť.[1] Analýza podľa pohlavia ukázala, že makulopatia sa vyskytovala najmä u žien, zatiaľ čo muži mali častejšie gastrointestinálne a močové nežiaduce udalosti; pomer mužov k ženám bol 1:12,32.[1][2] Medián času do nástupu nežiaducich účinkov (TTO, n=297) bol 1 715 dní a Weibullov model (β=0,62) naznačil klesajúcu mieru rizika v čase.[1][2] Väčšina hlásení (68,1 %) bola klasifikovaná ako závažné nežiaduce udalosti.[1] Štúdia potvrdzuje dlhodobý rizikový profil PPS s ohrozením zraku a zdôrazňuje potrebu oftalmologického monitoringu.[1][3]</w:t>
      </w:r>
    </w:p>
    <w:p/>
    <w:p>
      <w:pPr>
        <w:jc w:val="center"/>
      </w:pPr>
      <w:r>
        <w:t>Vygenerované: 25.02.2026 14:00:41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