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Rozdelenie diskusie o zdravotnej starostlivosti v Trumpovom stave únie</w:t>
      </w:r>
    </w:p>
    <w:p>
      <w:r>
        <w:t>Zdroj: STAT News</w:t>
      </w:r>
    </w:p>
    <w:p>
      <w:r>
        <w:t>Publikované: Wed, 25 Feb 2026 12:51:18 +0000</w:t>
      </w:r>
    </w:p>
    <w:p/>
    <w:p>
      <w:pPr>
        <w:pStyle w:val="Heading1"/>
      </w:pPr>
      <w:r>
        <w:t>Súhrn</w:t>
      </w:r>
    </w:p>
    <w:p>
      <w:r>
        <w:t>Prezident Trump predstavil plán na zníženie nákladov na zdravotnú starostlivosť, ktorý zahŕňa zvýšenie transparentnosti cien v zdravotníctve a rozšírenie účtov na zdravotné úspory pre všetkých Američanov[2][3]. Poslal listy 17 najväčším výrobcom liekov na svete s výzvou na zníženie cien liekov a zavedenie politiky najvýhodnejšej ceny pre Medicare, Medicaid a komerčných zákazníkov[2]. Trump vydal výkonný príkaz na rýchlu implementáciu a presadzovanie regulácií transparentnosti cien v zdravotníctve, ktoré mali byť podľa jeho tvrdení zanedbávané predchádzajúcou administratívou[3]. Podľa faktov z Bieleho domu môžu zamestnávatelia znížiť náklady na zdravotnú starostlivosť v priemere o 27 percent na 500 bežných služieb lepším výberom starostlivosti[3]. Nový program Trump RX umožňuje pacientom obísť sprostredkovateľov a nakupovať lieky priamo od výrobcov[2]. Plán tiež zahŕňa zvýšené financovanie pre vidiecke oblasti a cieľ zvýšiť konkurenciu a transparentnosť v zdravotníctve[2].</w:t>
      </w:r>
    </w:p>
    <w:p/>
    <w:p>
      <w:pPr>
        <w:jc w:val="center"/>
      </w:pPr>
      <w:r>
        <w:t>Vygenerované: 25.02.2026 14:00:53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