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Mapovanie degenerujúceho medzistavcového disku: systematický prehľad histologických dôkazov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Degenerácia medzistavcových platničiek (IDD) je hlavnou príčinou bolesti a invalidity krížov, pričom magnetická rezonancia síce zostáva štandardným diagnostickým nástrojom, ale poskytuje len obmedzený pohľad na bunkové a molekulárne zmeny v diskoch. Systematický prehľad zahŕňal štúdie publikované v rokoch 2015 až 2025 z databáz PubMed, Scopus a Web of Science, ktoré analyzovali histologické a imunohistochemické zmeny v degenerovaných ľudských diskoch. Bežné histopatologické znaky degenerácie zahŕňali dezorganizáciu extracelulárnej matrix, stratu proteoglykánov, fibrózu, tvorbu nových ciev a zhlukovanie buniek. Na molekulárnej úrovni sa zistila zvýšená aktivita katabolických enzýmov, zápalových cytokínov, apoptotických mediátorov a faktorov podporujúcich tvorbu nových ciev, zatiaľ čo regeneračné a ochranné markery boli výrazne znížené. Analýza proteínových interakcií odhalila regionálne špecifické degeneratívne dráhy: remodeláciu extracelulárnej matrix a signalizáciu BMP/VEGF v jadre disku, zápal a mechanotransdukciu v pulpóznom jadre a osifikáciu a prostaglandínovú signalizáciu v chrupavke koncovej platničky. Histologická analýza sa javí ako nevyhnutný doplnok k zobrazovacím metódam na presné charakterizovanie degenerácie medzistavcových platničiek a identifikáciu potenciálnych biomarkerov a terapeutických cieľov.</w:t>
      </w:r>
    </w:p>
    <w:p/>
    <w:p>
      <w:pPr>
        <w:jc w:val="center"/>
      </w:pPr>
      <w:r>
        <w:t>Vygenerované: 25.02.2026 15:01:16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