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Casey Means, líder MAHA, sa uchádza o titul najlepšieho lekára v krajine</w:t>
      </w:r>
    </w:p>
    <w:p>
      <w:r>
        <w:t>Zdroj: STAT News</w:t>
      </w:r>
    </w:p>
    <w:p>
      <w:r>
        <w:t>Publikované: Wed, 25 Feb 2026 14:55:24 +0000</w:t>
      </w:r>
    </w:p>
    <w:p/>
    <w:p>
      <w:pPr>
        <w:pStyle w:val="Heading1"/>
      </w:pPr>
      <w:r>
        <w:t>Súhrn</w:t>
      </w:r>
    </w:p>
    <w:p>
      <w:r>
        <w:t>Prezident Donald Trump nominoval Dr. Casey Means na post generálnej chirurgičky USA po stiahnutí predchádzajúcej kandidátky Dr. Janette Nesheiwat.[1][2][5] Trump uviedol, že Means má „impeccable MAHA credentials“, kde MAHA znamená „Make America Healthy Again“, a bude spolupracovať s ministrom zdravotníctva Robertom F. Kennedym Jr. na boji proti chronickým ochoreniam.[1][2][3] Means absolvovala Stanford University s bakalárom a MD, bola triednou prezidentkou a pôsobila na fakulte Stanfordu, absolvovala školenie v head and neck surgery na Oregon Health &amp; Science University.[2][3] Opustila rezidenčné školenie chirurga, založila spoločnosť Levels na sledovanie hladiny cukru v krvi a je spoluautorkou knihy Good Energy o metabolickom zdraví.[1][2][4] Podľa Means má približne 93 % dospelých Američanov zlý metabolický stav, ktorý prispieva k ochoreniam ako diabetes 2. typu, rakovina či Alzheimerova choroba.[4] Ako líderka MAHA podporuje odstraňovanie chemických prísad z jedla, zdravšie školské stravovanie a odstraňovanie konfliktov záujmov vo federálnych zdravotníckych agentúrach.[1][3] Ak bude potvrdená, dohliadne na 6000 pracovníkov verejného zdravia a bude vydávať upozornenia na zdravotné hrozby.[3]</w:t>
      </w:r>
    </w:p>
    <w:p/>
    <w:p>
      <w:pPr>
        <w:jc w:val="center"/>
      </w:pPr>
      <w:r>
        <w:t>Vygenerované: 25.02.2026 16:00:38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