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Trump sa dotkol zdravotnej starostlivosti v prejave o stave Únie: Tu je to, čo povedal</w:t>
      </w:r>
    </w:p>
    <w:p>
      <w:r>
        <w:t>Zdroj: MedPage Today</w:t>
      </w:r>
    </w:p>
    <w:p>
      <w:r>
        <w:t>Publikované: Wed, 25 Feb 2026 08:56:11 -0500</w:t>
      </w:r>
    </w:p>
    <w:p/>
    <w:p>
      <w:pPr>
        <w:pStyle w:val="Heading1"/>
      </w:pPr>
      <w:r>
        <w:t>Súhrn</w:t>
      </w:r>
    </w:p>
    <w:p>
      <w:r>
        <w:t>Prezident Trump sa v prejave o stave Únie niekoľkokrát zmienil o zdravotníctve. Navrhol „The Great Healthcare Plan“, ktorý by zastavil platby veľkým poisťovniam a peniaze dal priamo ľuďom na kúpu vlastného zdravotného poistenia za nižšie ceny[1][2][4]. Kritizoval Affordable Care Act ako systém určený pre poisťovne, nie pre ľudí, a požadoval maximálnu transparentnosť cien[4]. Predstavil TrumpRX webstránku, kde Katherine Rener kúpila liek na IVF za menej ako 500 dolárov namiesto pôvodných 4000 dolárov, čo je zľava viac ako 3500 dolárov[2]. Pozval ju ako prvú zákazníčku na prejav[2]. Vyzval Kongres, aby kodifikoval jeho „most favored nation“ program na zníženie cien liekov[1][4]. Upozornil, že Demokratov zrušili jeho predchádzajúce opatrenia na transparentnosť, čo zvýšilo náklady[4].</w:t>
      </w:r>
    </w:p>
    <w:p/>
    <w:p>
      <w:pPr>
        <w:jc w:val="center"/>
      </w:pPr>
      <w:r>
        <w:t>Vygenerované: 25.02.2026 16:01:14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