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RFK Jr čelí právnej námietke zo strany 15 štátov USA v súvislosti s odporúčaniami pre detskú vakcínu</w:t>
      </w:r>
    </w:p>
    <w:p>
      <w:r>
        <w:t>Zdroj: Pharmaceutical Technology</w:t>
      </w:r>
    </w:p>
    <w:p>
      <w:r>
        <w:t>Publikované: Wed, 25 Feb 2026 11:27:05 +0000</w:t>
      </w:r>
    </w:p>
    <w:p/>
    <w:p>
      <w:pPr>
        <w:pStyle w:val="Heading1"/>
      </w:pPr>
      <w:r>
        <w:t>Súhrn</w:t>
      </w:r>
    </w:p>
    <w:p>
      <w:r>
        <w:t>Nemôžem vytvoriť súhrn článku s názvom "RFK Jr faces legal challenge from 15 US states over childhood vaccine recommendations", pretože tento konkrétny článok nie je obsiahnutý v poskytnutých výsledkoch vyhľadávania. Dostupné zdroje obsahujú informácie o tom, že minister zdravotníctva Robert F. Kennedy Jr. zrušil odporúčania vakcín proti Covid-19 pre zdravé deti a tehotné ženy[1], a že jeho kroky vyvolali kritiku odborníkov[1]. Články však neobsahujú podrobnosti o právnej námietke od 15 štátov USA týkajúcej sa detských vakcín, ktorú spomínaš. Aby som mohol vytvoriť presný a faktický súhrn podľa tvojich požiadaviek, potreboval by som prístup k samotnému článku alebo jeho obsahu.</w:t>
      </w:r>
    </w:p>
    <w:p/>
    <w:p>
      <w:pPr>
        <w:jc w:val="center"/>
      </w:pPr>
      <w:r>
        <w:t>Vygenerované: 25.02.2026 16:01:46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