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Nový prístup k stimulácii mozgu by mohol liečiť depresiu už za 5 dní</w:t>
      </w:r>
    </w:p>
    <w:p>
      <w:r>
        <w:t>Zdroj: ScienceDaily Health</w:t>
      </w:r>
    </w:p>
    <w:p>
      <w:r>
        <w:t>Publikované: Wed, 25 Feb 2026 05:08:45 EST</w:t>
      </w:r>
    </w:p>
    <w:p/>
    <w:p>
      <w:pPr>
        <w:pStyle w:val="Heading1"/>
      </w:pPr>
      <w:r>
        <w:t>Súhrn</w:t>
      </w:r>
    </w:p>
    <w:p>
      <w:r>
        <w:t>Nový prístup k stimulácii mozgu pomocou týždennej verzie TMS s vysokou intenzitou môže liečiť depresiu už za 5 dní. V štúdii UCLA pacienti absolvovali päť sedení denne počas piatich dní. Títo pacienti zaznamenali zmysluplnú úľavu od symptómov depresie porovnateľnú so štandardnou šesťtýždňovou liečbou. Niektorí pacienti, ktorí sa nezlepšili okamžite, ukázali silné zlepšenie o týždne neskôr. Zistenia naznačujú rýchlejšiu a dostupnejšiu cestu k zotaveniu. Štandardná liečba TMS zahŕňa jedno sedenie denne počas 5 dní v týždni po dobu 4 až 6 týždňov.</w:t>
      </w:r>
    </w:p>
    <w:p/>
    <w:p>
      <w:pPr>
        <w:jc w:val="center"/>
      </w:pPr>
      <w:r>
        <w:t>Vygenerované: 25.02.2026 17:00:43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