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Kostny cement: NHS zabezpecuje &amp;#x201c;zranny balik&amp;#x201d; alternatívneho zásobovania</w:t>
      </w:r>
    </w:p>
    <w:p>
      <w:r>
        <w:t>Zdroj: BMJ</w:t>
      </w:r>
    </w:p>
    <w:p>
      <w:r>
        <w:t>Publikované: 2026-02-25T06:46:40-08:00</w:t>
      </w:r>
    </w:p>
    <w:p/>
    <w:p>
      <w:pPr>
        <w:pStyle w:val="Heading1"/>
      </w:pPr>
      <w:r>
        <w:t>Súhrn</w:t>
      </w:r>
    </w:p>
    <w:p>
      <w:r>
        <w:t>NHS čelí globálnemu nedostatku kostného cementu, ktorý je nevyhnutný pre traumatické a elektívne ortopedické operácie, ako sú zákroky na kolenách a bedrových kĺboch. Nedostatok vznikol chybou balenia u hlavného dodávateľa Heraeus Medical v Nemecku, ktorý dodáva približne tri štvrtiny cementu pre NHS. Výroba sa obnovila, no dodávky budú ovplyvnené najmenej dva mesiace. NHS odhadla zásoby na dva týždne a nariadila nemocniciam rezervovať ich na sedem dní pre núdzovú úrazovú chirurgiu. Prebytočné zásoby sa použijú len na elektívne operácie, čo viedlo k odkladom pre mnohých pacientov. NHS zabezpečila dvoch alternatívnych dodávateľov a zaobstarala okolo 35 000 jednotiek cementu ako záchranný balík. Nemocnice boli vyzvané skontrolovať čakacie listiny a prioritizovať pacientov podľa potrieb.</w:t>
      </w:r>
    </w:p>
    <w:p/>
    <w:p>
      <w:pPr>
        <w:jc w:val="center"/>
      </w:pPr>
      <w:r>
        <w:t>Vygenerované: 25.02.2026 17:01:13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