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Klasifikácia rakoviny maternice z CT snímok pomocou extrakcie konvolučných znakov a sebapozorovania na základe transformátora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Štúdia sa zaoberá vývojom nového počítačového systému na diagnostiku rakoviny maternice z CT snímok. Tradičné prístupy majú problém efektívne rozpoznať rozdiel medzi normálnym, benigným a malígnym tkanivom maternice kvôli zložitosti anatomických štruktúr. Výskumný tím vytvoril hybridný model, ktorý kombinuje konvolučnú neurónovú sieť DenseNet121 s transformátorom na zlepšenie analýzy obrazov. Navrhovaný systém bol testovaný na súbore CT snímok rakoviny maternice KAUH s tromi kategóriami: normálne, benígne a malígne tkanivo. Výsledky ukazujú vysokú účinnosť modelu s presnosťou 87,44 %, senzitivitou 87,13 %, špecificitou 95,20 % a skóre F1 87,17 %. Model prekonáva porovnávacie systémy ako VGG16, VGG19, MobileNetV2 a ResNet50. Autori záveru, že tento prístup má potenciál slúžiť ako počítačom podporovaný nástroj na pomoc rádiológom pri detekcii rakoviny maternice.</w:t>
      </w:r>
    </w:p>
    <w:p/>
    <w:p>
      <w:pPr>
        <w:jc w:val="center"/>
      </w:pPr>
      <w:r>
        <w:t>Vygenerované: 25.02.2026 17:01:45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