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Cream Cheese Recall; Laureát Nobelovej ceny rezignuje pre vzťahy s Epsteinom; Cadaver tuk v chirurgii</w:t>
      </w:r>
    </w:p>
    <w:p>
      <w:r>
        <w:t>Zdroj: MedPage Today</w:t>
      </w:r>
    </w:p>
    <w:p>
      <w:r>
        <w:t>Publikované: Wed, 25 Feb 2026 09:32:25 -0500</w:t>
      </w:r>
    </w:p>
    <w:p/>
    <w:p>
      <w:pPr>
        <w:pStyle w:val="Heading1"/>
      </w:pPr>
      <w:r>
        <w:t>Súhrn</w:t>
      </w:r>
    </w:p>
    <w:p>
      <w:r>
        <w:t>Spoločnosť Made Fresh Salads z Bay Shore v New Yorku stiahla 14 príchutí smotanového syra v 5-librových bielych plastových nádobách z dôvodu možnej kontaminácie baktériou Listeria monocytogenes[1][2]. Stiahnuté produkty boli distribuované priamo do obchodov a distribútorov v Brooklyne, Queens, Bronxe a New Yorku s dátumom spotreby do 27. februára 2026[1][2]. Kontaminácia bola zistená počas rutinného testovania spoločnosti, ktoré odhalilo prítomnosť Listeria v časti miešačky používanej na výrobu produktov[1][2]. Spoločnosť zastavila výrobu s touto miešačkou a odstránila ju z prevádzky[1][2]. Doteraz neboli hlásené žiadne prípady ochorenia[1][2]. Listeria monocytogenes môže spôsobiť vážne a niekedy fatálne infekcie, najmä u malých detí, starších osôb a ľudí so zoslabnutým imunitným systémom, a môže viesť k potratom a mŕtvym pôrodom u tehotných žien[2][5]. Konzumenti, ktorí si tieto produkty kúpili, by ich mali vrátiť do miesta nákupu na vrátenie peňazí alebo ich bezpečne vyhodiť[1].</w:t>
      </w:r>
    </w:p>
    <w:p/>
    <w:p>
      <w:pPr>
        <w:jc w:val="center"/>
      </w:pPr>
      <w:r>
        <w:t>Vygenerované: 25.02.2026 17:01:58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