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Len dva dni ovsených vločiek znižujú zlý cholesterol o 10 %</w:t>
      </w:r>
    </w:p>
    <w:p>
      <w:r>
        <w:t>Zdroj: ScienceDaily Health</w:t>
      </w:r>
    </w:p>
    <w:p>
      <w:r>
        <w:t>Publikované: Wed, 25 Feb 2026 11:37:57 EST</w:t>
      </w:r>
    </w:p>
    <w:p/>
    <w:p>
      <w:pPr>
        <w:pStyle w:val="Heading1"/>
      </w:pPr>
      <w:r>
        <w:t>Súhrn</w:t>
      </w:r>
    </w:p>
    <w:p>
      <w:r>
        <w:t>V novej klinickej štúdii Univerzity v Bonne účastníci s metabolickým syndrómom dodržiavali dva dni nízkokalorickú diétu zloženú takmer výlučne z ovsených vločiek. Skupina s ovsenými vločkami zaznamenala pokles škodlivého LDL cholesterolu o 10 % oproti kontrolnej skupine[1][2]. Okrem toho došlo k miernemu úbytku hmotnosti o 2 kg a zníženiu krvného tlaku[2]. Prínosy na hladine cholesterolu pretrvávali ešte šesť týždňov po skončení diéty[1][2]. Konzumácia približne 300 gramov ovsených vločiek denne podporila rast prospešných črevných baktérií[1]. Tieto baktérie pri rozklade vlákniny produkujú látky ako kyselina ferulová, ktoré zlepšujú látkovú výmenu tukov a znižujú cholesterol[1]. Štúdia bola publikovaná v časopise Nature Communications[1].</w:t>
      </w:r>
    </w:p>
    <w:p/>
    <w:p>
      <w:pPr>
        <w:jc w:val="center"/>
      </w:pPr>
      <w:r>
        <w:t>Vygenerované: 25.02.2026 18:00:41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