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Objavili sa nový cieľ pre drogy pre ničivú chorobu „zapálený mozog“.</w:t>
      </w:r>
    </w:p>
    <w:p>
      <w:r>
        <w:t>Zdroj: ScienceDaily Health</w:t>
      </w:r>
    </w:p>
    <w:p>
      <w:r>
        <w:t>Publikované: Wed, 25 Feb 2026 11:08:42 EST</w:t>
      </w:r>
    </w:p>
    <w:p/>
    <w:p>
      <w:pPr>
        <w:pStyle w:val="Heading1"/>
      </w:pPr>
      <w:r>
        <w:t>Súhrn</w:t>
      </w:r>
    </w:p>
    <w:p>
      <w:r>
        <w:t>Vedci objavili nový cieľ pre lieky pri zriedkavej, ale ničivej mozgovej autoimunitnej poruche známej ako „zapálený mozog“ alebo anti-NMDAR encefalitída.[user] Choroba vzniká, keď imunitný systém napadne NMDA receptory, ktoré sú kľúčové molekuly zapojené do pamäti a myslenia.[user][1][2] To vedie k psychiatrickým príznakom ako bludy, halucinácie a katatónia, epileptickým záchvatom a v závažných prípadoch k smrti.[user][1][2][3] U viac ako dvoch tretín pacientov dominujú psychiatrické príznaky, čo často vedie k počiatočnej liečbe na psychiatrii namiesto neurológie.[1] Choroba postihuje najmä mladé ženy a deti, má stupňovitý priebeh a vyžaduje dlhodobú hospitalizáciu na intenzívnej starostlivosti.[2][7] S včasnou a agresívnou imunoterapiou je však stav reverzibilný.[2][7]</w:t>
      </w:r>
    </w:p>
    <w:p/>
    <w:p>
      <w:pPr>
        <w:jc w:val="center"/>
      </w:pPr>
      <w:r>
        <w:t>Vygenerované: 25.02.2026 18:00:53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