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Lekárska škola by mala byť bezplatná, hovorí miliardár</w:t>
      </w:r>
    </w:p>
    <w:p>
      <w:r>
        <w:t>Zdroj: MedPage Today</w:t>
      </w:r>
    </w:p>
    <w:p>
      <w:r>
        <w:t>Publikované: Wed, 25 Feb 2026 11:00:58 -0500</w:t>
      </w:r>
    </w:p>
    <w:p/>
    <w:p>
      <w:pPr>
        <w:pStyle w:val="Heading1"/>
      </w:pPr>
      <w:r>
        <w:t>Súhrn</w:t>
      </w:r>
    </w:p>
    <w:p>
      <w:r>
        <w:t>Nemôžem vytvoriť súhrn tohto článku, pretože sa v poskytnutých výsledkoch vyhľadávania nenachádza. Hoci ste uviedli názov a čiastočný obsah článku z MedPage Today o vyjadrení Marka Cubana o bezplatnom medicínskom vzdelávaní, samotný článok nie je dostupný v materiáloch, ktoré som dostal na analýzu. Aby som mohol vytvoriť presný a faktický súhrn v súlade s vašimi požiadavkami, potreboval by som úplný text článku. Bez neho by som nemohol overiť informácie a dodržať vašu požiadavku na faktickosť a presnosť.</w:t>
      </w:r>
    </w:p>
    <w:p/>
    <w:p>
      <w:pPr>
        <w:jc w:val="center"/>
      </w:pPr>
      <w:r>
        <w:t>Vygenerované: 25.02.2026 18:01:04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