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Tučniaky v spoločenských klobúkoch? Blahoželania k narodeninám Potešia rodiny detí liečených na botulizmus</w:t>
      </w:r>
    </w:p>
    <w:p>
      <w:r>
        <w:t>Zdroj: MedPage Today</w:t>
      </w:r>
    </w:p>
    <w:p>
      <w:r>
        <w:t>Publikované: Wed, 25 Feb 2026 10:37:39 -0500</w:t>
      </w:r>
    </w:p>
    <w:p/>
    <w:p>
      <w:pPr>
        <w:pStyle w:val="Heading1"/>
      </w:pPr>
      <w:r>
        <w:t>Súhrn</w:t>
      </w:r>
    </w:p>
    <w:p>
      <w:r>
        <w:t>Kalifornský program poskytuje jedinú lekársku liečbu potenciálne smrteľného detského botulizmu na svete. Program ponúka rodinám detí liečených na botulizmus pohľadnice k ich prvým narodeninám. Pohľadnice zobrazujú tučniakov v spoločenských klobúkoch. Tieto pohľadnice slúžia na potešenie traumatizovaných rodín. Program tak poskytuje rodinám nádej iného druhu. Každý rok zasiela takéto pohľadnice rodinám svojich pacientov.</w:t>
      </w:r>
    </w:p>
    <w:p/>
    <w:p>
      <w:pPr>
        <w:jc w:val="center"/>
      </w:pPr>
      <w:r>
        <w:t>Vygenerované: 25.02.2026 18:01:12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