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Poradca HHS dúfa, že reforma predchádzajúceho povolenia sa uskutoční v „dvojciferných mesiacoch“, nie v rokoch</w:t>
      </w:r>
    </w:p>
    <w:p>
      <w:r>
        <w:t>Zdroj: STAT News</w:t>
      </w:r>
    </w:p>
    <w:p>
      <w:r>
        <w:t>Publikované: Wed, 25 Feb 2026 17:09:44 +0000</w:t>
      </w:r>
    </w:p>
    <w:p/>
    <w:p>
      <w:pPr>
        <w:pStyle w:val="Heading1"/>
      </w:pPr>
      <w:r>
        <w:t>Súhrn</w:t>
      </w:r>
    </w:p>
    <w:p>
      <w:r>
        <w:t>Poradca HHS dúfa, že reforma predchádzajúceho povolenia v poisťovníctve sa uskutoční v „dvojciferných mesiacoch“, nie v rokoch. Najvyšší predstaviteľ federálneho zdravotníctva vyjadril očakávanie, že úsilie Trumpovej administratívy obmedziť používanie predchádzajúcich povolení prinesie výsledky v tomto časovom rámci. Článok sa zameriava na tieto vyhlásenia bez uvedenia ďalších špecifických detailov alebo štatistík. Reforma má za cieľ zefektívniť procesy v zdravotnom poistení. Žiadne ďalšie fakty o priebehu alebo dôsledkoch nie sú v obsahu špecifikované.</w:t>
      </w:r>
    </w:p>
    <w:p/>
    <w:p>
      <w:pPr>
        <w:jc w:val="center"/>
      </w:pPr>
      <w:r>
        <w:t>Vygenerované: 25.02.2026 19:01:04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