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Agentúra NIH na čistenie slov z webovej stránky; Epsteinove gény; 2 miliardy USD „Alternatíva“ WHO</w:t>
      </w:r>
    </w:p>
    <w:p>
      <w:r>
        <w:t>Zdroj: MedPage Today</w:t>
      </w:r>
    </w:p>
    <w:p>
      <w:r>
        <w:t>Publikované: Wed, 25 Feb 2026 11:21:54 -0500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"NIH Agency to Scrub Words From Website; Epstein's Genes; $2B WHO 'Alternative'" ani žiadny podobný zdravotnícky alebo vedecký článok z MedPage Today. Výsledky vyhľadávania obsahujú články o iPhone funkcionalitách, správach, metodike evidencie publikácií, elektronických informačných zdrojoch, konferencii o etikoterapii, legislatívnych procesoch, kulinárnej šou a zdravotníckych tipoch, ale nie článok, ktorý ste špecifikovali. Ak chcete, aby som vytvoril súhrn konkrétneho článku, prosím poskytnite mi jeho obsah alebo relevantné výsledky vyhľadávania.</w:t>
      </w:r>
    </w:p>
    <w:p/>
    <w:p>
      <w:pPr>
        <w:jc w:val="center"/>
      </w:pPr>
      <w:r>
        <w:t>Vygenerované: 25.02.2026 19:01:26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