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Vek, HIV a metabolický syndróm spolu spojené s rizikom kognitívneho poškodenia</w:t>
      </w:r>
    </w:p>
    <w:p>
      <w:r>
        <w:t>Zdroj: MedPage Today</w:t>
      </w:r>
    </w:p>
    <w:p>
      <w:r>
        <w:t>Publikované: Wed, 25 Feb 2026 12:12:43 -0500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výsledkoch vyhľadávania sa nenachádza článok s názvom "Age, HIV, and Metabolic Syndrome Together Tied to Cognitive Impairment Risk" z MedPage Today. Dostupné výsledky obsahujú informácie o iných zdravotníckych témach, ako sú krvný cukor a pamäť, HIV a chronická bolesť u starších dospelých, a sarcopénia, ale nie konkrétny článok, ktorý ste požiadali zsumarizovať. Aby som mohol vytvoriť presný a faktický súhrn podľa vašich požiadaviek, potrebujem prístup k úplnému textu tohto konkrétneho článku.</w:t>
      </w:r>
    </w:p>
    <w:p/>
    <w:p>
      <w:pPr>
        <w:jc w:val="center"/>
      </w:pPr>
      <w:r>
        <w:t>Vygenerované: 25.02.2026 20:01:12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