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RFK Jr. Anti-Vaccine Stance infiltroval FDA. Trump to brzdí.</w:t>
      </w:r>
    </w:p>
    <w:p>
      <w:r>
        <w:t>Zdroj: MedPage Today</w:t>
      </w:r>
    </w:p>
    <w:p>
      <w:r>
        <w:t>Publikované: Wed, 25 Feb 2026 13:55:29 -0500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z MedPage Today s názvom "RFK Jr.'s Anti-Vaccine Stance Infiltrated FDA. Trump Is Reining It In." Dostupné zdroje obsahujú informácie o Robertovi F. Kennedym Jr. ako ministrovi zdravotníctva USA a jeho postoji k očkovaniu, ale nie konkrétny článok, ktorý ste uviedli. Aby som mohol vytvoriť presný a faktický súhrn, potreboval by som prístup k úplnému textu tohto konkrétneho článku z MedPage Today.</w:t>
      </w:r>
    </w:p>
    <w:p/>
    <w:p>
      <w:pPr>
        <w:jc w:val="center"/>
      </w:pPr>
      <w:r>
        <w:t>Vygenerované: 25.02.2026 21:00:57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