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Generálny nominant a senátor sa stretnú s vakcínami a „spoločným rozhodovaním“</w:t>
      </w:r>
    </w:p>
    <w:p>
      <w:r>
        <w:t>Zdroj: STAT News</w:t>
      </w:r>
    </w:p>
    <w:p>
      <w:r>
        <w:t>Publikované: Wed, 25 Feb 2026 20:57:49 +0000</w:t>
      </w:r>
    </w:p>
    <w:p/>
    <w:p>
      <w:pPr>
        <w:pStyle w:val="Heading1"/>
      </w:pPr>
      <w:r>
        <w:t>Súhrn</w:t>
      </w:r>
    </w:p>
    <w:p>
      <w:r>
        <w:t>Senátor Bill Cassidy (R-La.) sa stretol s nominantom na generálneho chirurga Casey Meansovou, ktorá chcela diskutovať o chronickom ochorení, no Cassidy sa zameral na jej názory na vakcíny.[1] Centers for Disease Control and Prevention (CDC) zmenili vyhlásenie na svojej webovej stránke, ktoré predtým tvrdilo, že vakcíny nespôsobujú autizmus, a explicitne spomenuli senátora Cassidyho.[1] Cassidy, ktorý hlasoval za potvrdenie ministra HHS Roberta F. Kennedyho Jr. napriek sporom o vakcíny, podporil vakcíny a uviedol, že život sa žije dopredu a treba uisťovať ľudí o ich bezpečnosti.[1] Dohodol sa s Kennedym, že CDC nezmení vyhlásenia o tom, že vakcíny nespôsobujú autizmus.[1] HHS vyjadrilo, že zmena je bežná aktualizácia v súlade s transparentnosťou a vedou, pretože štúdie nedokázali definitívne vylúčiť možné súvislosti.[1] Ďalší republikáni ako senátori Susan Collinsová a John Barrasso vyjadrili podporu vakcínam a neveria, že spôsobujú autizmus.[1] Cassidy predtým žiadal odklad stretnutia poradného výboru CDC o vakcínach kvôli turbulenciám a výmenám členov.[2]</w:t>
      </w:r>
    </w:p>
    <w:p/>
    <w:p>
      <w:pPr>
        <w:jc w:val="center"/>
      </w:pPr>
      <w:r>
        <w:t>Vygenerované: 25.02.2026 22:00:38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