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hovorí, že pozor na dávky žiarenia medzi skenermi srdca</w:t>
      </w:r>
    </w:p>
    <w:p>
      <w:r>
        <w:t>Zdroj: MedPage Today</w:t>
      </w:r>
    </w:p>
    <w:p>
      <w:r>
        <w:t>Publikované: Wed, 25 Feb 2026 14:59:38 -0500</w:t>
      </w:r>
    </w:p>
    <w:p/>
    <w:p>
      <w:pPr>
        <w:pStyle w:val="Heading1"/>
      </w:pPr>
      <w:r>
        <w:t>Súhrn</w:t>
      </w:r>
    </w:p>
    <w:p>
      <w:r>
        <w:t>Štúdia upozorňuje na rozdiely v dávkach žiarenia pri skenoch srdca medzi rôznymi zobrazovacími centrami. Srdcové zobrazovacie centrá po celom svete možno budú musieť aktualizovať protokoly a vybavenie. Ide o pacientov podstupujúcich diagnostické testovanie na ochorenie koronárnych artérií. Zistenia vychádzajú z rozsiahlej štúdie efektívnych dávok ožiarenia. Štúdia zdôrazňuje potrebu pozornosti na dávky žiarenia medzi srdcovými skenermi.</w:t>
      </w:r>
    </w:p>
    <w:p/>
    <w:p>
      <w:pPr>
        <w:jc w:val="center"/>
      </w:pPr>
      <w:r>
        <w:t>Vygenerované: 25.02.2026 22:00:46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