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Streptokoková choroba skupiny B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Nemôžem vytvoriť súhrn tohto článku, pretože sa mi v poskytnutých vyhľadávacích výsledkoch nenachádza obsah článku "Group B Streptococcal Disease" z New England Journal of Medicine, zväzok 394, vydanie 9 z 26. februára 2026. Vyhľadávacích výsledky obsahujú len odkazy na iné zdravotnícke články a študijné materiály, ktoré sa týkajú rôznych infekčných ochorení, ale nie konkrétneho článku, ktorý ste požiadali zsumarizovať. Aby som mohol vytvoriť presný a faktický súhrn podľa vašich požiadaviek, potrebujem mať k dispozícii úplný text daného článku.</w:t>
      </w:r>
    </w:p>
    <w:p/>
    <w:p>
      <w:pPr>
        <w:jc w:val="center"/>
      </w:pPr>
      <w:r>
        <w:t>Vygenerované: 25.02.2026 23:01:00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