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Odloženie arteriálnej katetrizácie u kriticky chorých pacientov so šokom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Štúdia EVERDAC bola multicentrická, otvorená randomizovaná neinferenčná skúšba na pacientoch so šokom prijatých na jednotku intenzívnej starostlivosti do 24 hodín. Pacienti boli náhodne priradení na skorú arteriovú katetrizáciu do 4 hodín (invazívna stratégia, 502 pacientov) alebo na neinvazívne monitorovanie manžetou na ramene (504 pacientov), s možnosťou neskoršej katetrizácie pri splnení bezpečnostných kritérií. V neinvazívnej skupine podstúpilo katetrizáciu 74 pacientov (14,7 %), v invazívnej 493 (98,2 %). Hlavným výsledkom bola úmrtnosť z akéhokoľvek dôvodu do 28 dní: 34,3 % (173 pacientov) v neinvazívnej skupine oproti 36,9 % (185 pacientov) v invazívnej (upravený rozdiel rizika -3,2 percentuálneho bodu, 95 % CI -8,9 až 2,5; P=0,006 pre neinferenciu). Krvácanie súvisiace s katérom sa vyskytlo u 1,0 % (5 pacientov) v neinvazívnej skupine a u 8,2 % (41 pacientov) v invazívnej. Manažment bez skoršej arteriovnej katetrizácie bol neinferičný voči skoršej katetrizácii ohľadom úmrtnosti do 28 dní.[1][2]</w:t>
      </w:r>
    </w:p>
    <w:p/>
    <w:p>
      <w:pPr>
        <w:jc w:val="center"/>
      </w:pPr>
      <w:r>
        <w:t>Vygenerované: 25.02.2026 23:01:32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