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Obnovenie funkcie variantu p53 v solídnych nádoroch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Nemôžem vytvoriť súhrn požadovaného článku z New England Journal of Medicine, pretože tento konkrétny článok s názvom "Restoring Function to a Variant of p53 in Solid Tumors" nie je obsiahnutý v poskytnutých výsledkoch vyhľadávania. Poskytnuté zdroje sa zaoberajú súvisejúcimi témami týkajúcimi sa TP53 variantov a rakoviny, ale neobsahujú obsah špecifického článku, ktorý ste požiadali zsumarizovať. Aby som dodržal princíp overovania informácií a nepísania nič, čo nie je v článku, nemôžem vytvoriť súhrn bez prístupu k pôvodnému textu. Ak by ste mal prístup k plnému textu tohto článku, rád by som ho zsumarizoval podľa vašich požiadaviek.</w:t>
      </w:r>
    </w:p>
    <w:p/>
    <w:p>
      <w:pPr>
        <w:jc w:val="center"/>
      </w:pPr>
      <w:r>
        <w:t>Vygenerované: 25.02.2026 23:01:56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