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Úspech — individualizujúca terapia HER2-pozitívnej rakoviny prsníka v počiatočnom štádiu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Článok diskutuje individualizovanú terapiu pre HER2-pozitívnu rakovinu prsníka v počiatočnom štádiu. Zdôrazňuje úspechy cielených terapií, ako sú trastuzumab a pertuzumab, ktoré tvoria základ liečby v raných štádiách. Tieto lieky významne zlepšili prognózu, ktorá bola predtým nepriaznivá. HER2-pozitívna rakovina prsníka predstavuje 15–20 % všetkých prípadov rakoviny prsníka[1]. Štúdie ako APHINITY a KATHERINE potvrdzujú optimálne kombinácie a dĺžku terapie[1]. Článok poukazuje na potrebu prispôsobenia liečby podľa molekulárnych charakteristík nádoru. Publikovaný v New England Journal of Medicine 26. februára 2026[1].</w:t>
      </w:r>
    </w:p>
    <w:p/>
    <w:p>
      <w:pPr>
        <w:jc w:val="center"/>
      </w:pPr>
      <w:r>
        <w:t>Vygenerované: 25.02.2026 23:02:04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