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Primárna infekcia osýpok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Článok „Primary Measles Infection“ publikovaný v New England Journal of Medicine (zväzok 394, vydanie 9, strana 906, 26. februára 2026) sa zaoberá primárnou infekciou osýpkami.[1] Primárna infekcia osýpkami je vysoko nákazlivá choroba, ktorá sa šíri vzduchom.[2] Odporúčaný vek prvej dávky vakcíny proti osýpkam závisí od útlmu materských protilátok a rizika expozície.[2] Článok poukazuje na medzery v imunite u malých dojčiat.[2] Navrhuje sa skoršia alebo dodatočná dávka vakcíny pre efektívnejšiu ochranu.[2] Vakcinácia MMR poskytuje silnú ochranu pred osýpkami.[1] Symptómy treba monitorovať 21 dní po expozícii u nezaočkovaných osôb.[1]</w:t>
      </w:r>
    </w:p>
    <w:p/>
    <w:p>
      <w:pPr>
        <w:jc w:val="center"/>
      </w:pPr>
      <w:r>
        <w:t>Vygenerované: 25.02.2026 23:02:14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